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3609" w14:textId="0EBE0C5B" w:rsidR="00037CBF" w:rsidRDefault="00037CBF" w:rsidP="00037CBF">
      <w:pPr>
        <w:tabs>
          <w:tab w:val="left" w:pos="709"/>
          <w:tab w:val="left" w:pos="851"/>
        </w:tabs>
        <w:spacing w:after="0"/>
        <w:ind w:right="-716"/>
        <w:contextualSpacing/>
        <w:jc w:val="both"/>
        <w:rPr>
          <w:rFonts w:ascii="Times New Roman" w:hAnsi="Times New Roman" w:cs="Times New Roman"/>
          <w:i/>
          <w:iCs/>
          <w:sz w:val="32"/>
          <w:szCs w:val="32"/>
          <w:lang w:val="bg-BG"/>
        </w:rPr>
      </w:pPr>
      <w:r>
        <w:rPr>
          <w:rFonts w:ascii="Times New Roman" w:hAnsi="Times New Roman" w:cs="Times New Roman"/>
          <w:i/>
          <w:iCs/>
          <w:sz w:val="32"/>
          <w:szCs w:val="32"/>
          <w:lang w:val="bg-BG"/>
        </w:rPr>
        <w:t>Програма за</w:t>
      </w:r>
      <w:r>
        <w:rPr>
          <w:rFonts w:ascii="Times New Roman" w:hAnsi="Times New Roman" w:cs="Times New Roman"/>
          <w:bCs/>
          <w:i/>
          <w:iCs/>
          <w:sz w:val="32"/>
          <w:szCs w:val="32"/>
          <w:lang w:val="bg-BG"/>
        </w:rPr>
        <w:t xml:space="preserve">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организирано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пътуване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по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проект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№ BG05SFPR001-2.004-001 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на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Минис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терството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на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образованието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и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науката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(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МОН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)</w:t>
      </w:r>
      <w:r w:rsidRPr="00037CBF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„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О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бразователни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маршрути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в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България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“, 5 дни с  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4 /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</w:rPr>
        <w:t>четири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/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нощувки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 с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хранене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- закуска, </w:t>
      </w:r>
      <w:proofErr w:type="spellStart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обяд</w:t>
      </w:r>
      <w:proofErr w:type="spellEnd"/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,</w:t>
      </w:r>
      <w:r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</w:t>
      </w:r>
      <w:r w:rsidRPr="003B164E"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>вечеря</w:t>
      </w:r>
      <w:r>
        <w:rPr>
          <w:rFonts w:ascii="Times New Roman" w:hAnsi="Times New Roman" w:cs="Times New Roman"/>
          <w:bCs/>
          <w:i/>
          <w:iCs/>
          <w:sz w:val="32"/>
          <w:szCs w:val="32"/>
          <w:lang w:val="ru-RU"/>
        </w:rPr>
        <w:t xml:space="preserve"> в</w:t>
      </w:r>
      <w:r w:rsidRPr="003B164E">
        <w:rPr>
          <w:bCs/>
        </w:rPr>
        <w:t xml:space="preserve">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гр.Царево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,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хотел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„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Примеа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бийч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Pr="003B164E">
        <w:rPr>
          <w:rFonts w:ascii="Times New Roman" w:hAnsi="Times New Roman" w:cs="Times New Roman"/>
          <w:i/>
          <w:iCs/>
          <w:sz w:val="32"/>
          <w:szCs w:val="32"/>
        </w:rPr>
        <w:t>резиденс</w:t>
      </w:r>
      <w:proofErr w:type="spellEnd"/>
      <w:r w:rsidRPr="003B164E">
        <w:rPr>
          <w:rFonts w:ascii="Times New Roman" w:hAnsi="Times New Roman" w:cs="Times New Roman"/>
          <w:i/>
          <w:iCs/>
          <w:sz w:val="32"/>
          <w:szCs w:val="32"/>
        </w:rPr>
        <w:t xml:space="preserve"> “</w:t>
      </w:r>
    </w:p>
    <w:p w14:paraId="334D7AA6" w14:textId="77777777" w:rsidR="00037CBF" w:rsidRPr="00037CBF" w:rsidRDefault="00037CBF" w:rsidP="00037CBF">
      <w:pPr>
        <w:tabs>
          <w:tab w:val="left" w:pos="709"/>
          <w:tab w:val="left" w:pos="851"/>
        </w:tabs>
        <w:spacing w:after="0"/>
        <w:ind w:right="-716"/>
        <w:contextualSpacing/>
        <w:jc w:val="both"/>
        <w:rPr>
          <w:rFonts w:ascii="Times New Roman" w:hAnsi="Times New Roman" w:cs="Times New Roman"/>
          <w:i/>
          <w:iCs/>
          <w:sz w:val="32"/>
          <w:szCs w:val="32"/>
          <w:lang w:val="bg-BG"/>
        </w:rPr>
      </w:pPr>
    </w:p>
    <w:p w14:paraId="1327DE50" w14:textId="77777777" w:rsidR="00037CBF" w:rsidRPr="00037CBF" w:rsidRDefault="00037CBF" w:rsidP="00037CBF">
      <w:pPr>
        <w:pBdr>
          <w:top w:val="nil"/>
          <w:left w:val="nil"/>
          <w:bottom w:val="nil"/>
          <w:right w:val="nil"/>
          <w:between w:val="nil"/>
        </w:pBdr>
        <w:spacing w:after="0"/>
        <w:ind w:left="142"/>
        <w:contextualSpacing/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</w:pPr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1-ви 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ден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: </w:t>
      </w:r>
    </w:p>
    <w:p w14:paraId="147E9FC3" w14:textId="77777777" w:rsidR="00037CBF" w:rsidRDefault="00037CBF" w:rsidP="00037CBF">
      <w:pPr>
        <w:pBdr>
          <w:top w:val="nil"/>
          <w:left w:val="nil"/>
          <w:bottom w:val="nil"/>
          <w:right w:val="nil"/>
          <w:between w:val="nil"/>
        </w:pBdr>
        <w:spacing w:after="0"/>
        <w:ind w:left="142"/>
        <w:contextualSpacing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Отпътуване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двора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училището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в 7.30ч. в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посока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Бургас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Пристигане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Бургас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около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12.00ч. </w:t>
      </w:r>
    </w:p>
    <w:p w14:paraId="660CC964" w14:textId="77777777" w:rsidR="00037CBF" w:rsidRPr="00037CBF" w:rsidRDefault="00037CBF" w:rsidP="00037CBF">
      <w:pPr>
        <w:pStyle w:val="ae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Посещение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морската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градина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7C5D7F2" w14:textId="58C3AE91" w:rsidR="00037CBF" w:rsidRPr="00037CBF" w:rsidRDefault="00037CBF" w:rsidP="00037CBF">
      <w:pPr>
        <w:pStyle w:val="ae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Посещение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къща-музей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Петя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Дубарова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>”.</w:t>
      </w:r>
    </w:p>
    <w:p w14:paraId="4BFA086D" w14:textId="77777777" w:rsidR="00037CBF" w:rsidRPr="00037CBF" w:rsidRDefault="00037CBF" w:rsidP="00037CBF">
      <w:pPr>
        <w:pStyle w:val="ae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13.30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Отпътуване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гр.Бургас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color w:val="000000"/>
          <w:sz w:val="24"/>
          <w:szCs w:val="24"/>
        </w:rPr>
        <w:t>Царево</w:t>
      </w:r>
      <w:proofErr w:type="spellEnd"/>
      <w:r w:rsidRPr="00037CB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2220933" w14:textId="77777777" w:rsidR="00037CBF" w:rsidRPr="00037CBF" w:rsidRDefault="00037CBF" w:rsidP="00037CBF">
      <w:pPr>
        <w:pStyle w:val="ae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14.30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Настаняване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Примеа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бийч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резиденс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около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14.30ч. </w:t>
      </w:r>
    </w:p>
    <w:p w14:paraId="7EC7CDEE" w14:textId="77777777" w:rsidR="00037CBF" w:rsidRPr="00037CBF" w:rsidRDefault="00037CBF" w:rsidP="00037CBF">
      <w:pPr>
        <w:pStyle w:val="ae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19:00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Вечеря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340C96" w14:textId="77777777" w:rsidR="00037CBF" w:rsidRPr="00037CBF" w:rsidRDefault="00037CBF" w:rsidP="00037CBF">
      <w:pPr>
        <w:pStyle w:val="ae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20:00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Свободни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занимания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Нощувка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28A3B10D" w14:textId="77777777" w:rsidR="00037CBF" w:rsidRDefault="00037CBF" w:rsidP="00037CBF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37CB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14:paraId="3E0898DB" w14:textId="77777777" w:rsidR="00037CBF" w:rsidRPr="00037CBF" w:rsidRDefault="00037CBF" w:rsidP="00037CBF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</w:p>
    <w:p w14:paraId="31D3AA57" w14:textId="46C25780" w:rsidR="00037CBF" w:rsidRPr="00037CBF" w:rsidRDefault="00037CBF" w:rsidP="00037CBF">
      <w:pPr>
        <w:pBdr>
          <w:top w:val="nil"/>
          <w:left w:val="nil"/>
          <w:bottom w:val="nil"/>
          <w:right w:val="nil"/>
          <w:between w:val="nil"/>
        </w:pBdr>
        <w:spacing w:after="0"/>
        <w:ind w:left="142"/>
        <w:contextualSpacing/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</w:pPr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2 -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ри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 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ден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: </w:t>
      </w:r>
    </w:p>
    <w:p w14:paraId="203A88E6" w14:textId="77777777" w:rsidR="00037CBF" w:rsidRPr="00037CBF" w:rsidRDefault="00037CBF" w:rsidP="00037CBF">
      <w:pPr>
        <w:pStyle w:val="a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7:00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Закуска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A2A95D" w14:textId="77777777" w:rsidR="00037CBF" w:rsidRPr="00037CBF" w:rsidRDefault="00037CBF" w:rsidP="00037CBF">
      <w:pPr>
        <w:pStyle w:val="a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9:00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Отпътуване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град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Созопол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80509" w14:textId="77777777" w:rsidR="00037CBF" w:rsidRPr="00037CBF" w:rsidRDefault="00037CBF" w:rsidP="00037CBF">
      <w:pPr>
        <w:pStyle w:val="a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37CBF">
        <w:rPr>
          <w:rFonts w:ascii="Times New Roman" w:hAnsi="Times New Roman" w:cs="Times New Roman"/>
          <w:i/>
          <w:sz w:val="24"/>
          <w:szCs w:val="24"/>
        </w:rPr>
        <w:t xml:space="preserve">10.00ч.Посещение </w:t>
      </w:r>
      <w:proofErr w:type="spellStart"/>
      <w:r w:rsidRPr="00037CBF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i/>
          <w:sz w:val="24"/>
          <w:szCs w:val="24"/>
        </w:rPr>
        <w:t>Археологически</w:t>
      </w:r>
      <w:proofErr w:type="spellEnd"/>
      <w:r w:rsidRPr="00037C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i/>
          <w:sz w:val="24"/>
          <w:szCs w:val="24"/>
        </w:rPr>
        <w:t>музей</w:t>
      </w:r>
      <w:proofErr w:type="spellEnd"/>
      <w:r w:rsidRPr="00037C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i/>
          <w:sz w:val="24"/>
          <w:szCs w:val="24"/>
        </w:rPr>
        <w:t>гр.Созопол</w:t>
      </w:r>
      <w:proofErr w:type="spellEnd"/>
      <w:r w:rsidRPr="00037CB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14F62994" w14:textId="77777777" w:rsidR="00037CBF" w:rsidRPr="00037CBF" w:rsidRDefault="00037CBF" w:rsidP="00037CBF">
      <w:pPr>
        <w:pStyle w:val="a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37CBF">
        <w:rPr>
          <w:rFonts w:ascii="Times New Roman" w:hAnsi="Times New Roman" w:cs="Times New Roman"/>
          <w:i/>
          <w:sz w:val="24"/>
          <w:szCs w:val="24"/>
        </w:rPr>
        <w:t xml:space="preserve">12.30ч. </w:t>
      </w:r>
      <w:proofErr w:type="spellStart"/>
      <w:r w:rsidRPr="00037CBF">
        <w:rPr>
          <w:rFonts w:ascii="Times New Roman" w:hAnsi="Times New Roman" w:cs="Times New Roman"/>
          <w:i/>
          <w:sz w:val="24"/>
          <w:szCs w:val="24"/>
        </w:rPr>
        <w:t>връщане</w:t>
      </w:r>
      <w:proofErr w:type="spellEnd"/>
      <w:r w:rsidRPr="00037CBF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i/>
          <w:sz w:val="24"/>
          <w:szCs w:val="24"/>
        </w:rPr>
        <w:t>гр.Царево</w:t>
      </w:r>
      <w:proofErr w:type="spellEnd"/>
      <w:r w:rsidRPr="00037CBF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Примеа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бийч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резиденс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”</w:t>
      </w:r>
    </w:p>
    <w:p w14:paraId="42A5C2CB" w14:textId="77777777" w:rsidR="00037CBF" w:rsidRPr="00037CBF" w:rsidRDefault="00037CBF" w:rsidP="00037CBF">
      <w:pPr>
        <w:pStyle w:val="a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13:30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Обяд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2ED024" w14:textId="77777777" w:rsidR="00037CBF" w:rsidRPr="00037CBF" w:rsidRDefault="00037CBF" w:rsidP="00037CBF">
      <w:pPr>
        <w:pStyle w:val="a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15.30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посещение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Исторически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музей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Царево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5AF3F295" w14:textId="77777777" w:rsidR="00037CBF" w:rsidRPr="00037CBF" w:rsidRDefault="00037CBF" w:rsidP="00037CBF">
      <w:pPr>
        <w:pStyle w:val="a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Свободно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5BAE218F" w14:textId="77777777" w:rsidR="00037CBF" w:rsidRPr="00037CBF" w:rsidRDefault="00037CBF" w:rsidP="00037CBF">
      <w:pPr>
        <w:pStyle w:val="a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19:00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Вечеря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24A4636" w14:textId="77777777" w:rsidR="00037CBF" w:rsidRPr="00037CBF" w:rsidRDefault="00037CBF" w:rsidP="00037CBF">
      <w:pPr>
        <w:pStyle w:val="ae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20:00 </w:t>
      </w:r>
      <w:proofErr w:type="spellStart"/>
      <w:proofErr w:type="gram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Свободни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занимания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37CBF">
        <w:rPr>
          <w:rFonts w:ascii="Times New Roman" w:hAnsi="Times New Roman" w:cs="Times New Roman"/>
          <w:sz w:val="24"/>
          <w:szCs w:val="24"/>
        </w:rPr>
        <w:t>Нощувка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Примеа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бийч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резиденс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”.</w:t>
      </w:r>
    </w:p>
    <w:p w14:paraId="5F53039A" w14:textId="77777777" w:rsidR="00037CBF" w:rsidRDefault="00037CBF" w:rsidP="00037CBF">
      <w:pPr>
        <w:spacing w:after="0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14:paraId="34635061" w14:textId="77777777" w:rsidR="00037CBF" w:rsidRPr="00037CBF" w:rsidRDefault="00037CBF" w:rsidP="00037CBF">
      <w:pPr>
        <w:spacing w:after="0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14:paraId="36746899" w14:textId="77777777" w:rsidR="00037CBF" w:rsidRPr="00037CBF" w:rsidRDefault="00037CBF" w:rsidP="00037CBF">
      <w:pPr>
        <w:pBdr>
          <w:top w:val="nil"/>
          <w:left w:val="nil"/>
          <w:bottom w:val="nil"/>
          <w:right w:val="nil"/>
          <w:between w:val="nil"/>
        </w:pBdr>
        <w:spacing w:after="0"/>
        <w:ind w:left="142"/>
        <w:contextualSpacing/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</w:pPr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3 -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ти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 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ден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: </w:t>
      </w:r>
    </w:p>
    <w:p w14:paraId="2ADD8D66" w14:textId="77777777" w:rsidR="00037CBF" w:rsidRPr="00037CBF" w:rsidRDefault="00037CBF" w:rsidP="00037CBF">
      <w:pPr>
        <w:pStyle w:val="ae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08:00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Закуска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0865767" w14:textId="77777777" w:rsidR="00037CBF" w:rsidRPr="00037CBF" w:rsidRDefault="00037CBF" w:rsidP="00037CBF">
      <w:pPr>
        <w:pStyle w:val="ae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09:00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Екскурзия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Природен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резерват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Ропотамо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”.</w:t>
      </w:r>
    </w:p>
    <w:p w14:paraId="0CD3B9A0" w14:textId="77777777" w:rsidR="00037CBF" w:rsidRPr="00037CBF" w:rsidRDefault="00037CBF" w:rsidP="00037CBF">
      <w:pPr>
        <w:pStyle w:val="ae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13.00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Връщане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Примеа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бийч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резиденс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”.</w:t>
      </w:r>
    </w:p>
    <w:p w14:paraId="3184F33C" w14:textId="77777777" w:rsidR="00037CBF" w:rsidRPr="00037CBF" w:rsidRDefault="00037CBF" w:rsidP="00037CBF">
      <w:pPr>
        <w:pStyle w:val="ae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13:30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Обяд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066BFD85" w14:textId="68E51430" w:rsidR="00037CBF" w:rsidRPr="00037CBF" w:rsidRDefault="00037CBF" w:rsidP="00037CBF">
      <w:pPr>
        <w:pStyle w:val="ae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lastRenderedPageBreak/>
        <w:t xml:space="preserve">14.30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Отпътуване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Созопол.Посещение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етнографска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експозиция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Созопол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77E9859E" w14:textId="77777777" w:rsidR="00037CBF" w:rsidRPr="00037CBF" w:rsidRDefault="00037CBF" w:rsidP="00037CBF">
      <w:pPr>
        <w:pStyle w:val="ae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Свободно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7CBF">
        <w:rPr>
          <w:rFonts w:ascii="Times New Roman" w:hAnsi="Times New Roman" w:cs="Times New Roman"/>
          <w:sz w:val="24"/>
          <w:szCs w:val="24"/>
        </w:rPr>
        <w:t>разходка,плаж</w:t>
      </w:r>
      <w:proofErr w:type="gramEnd"/>
      <w:r w:rsidRPr="00037CBF">
        <w:rPr>
          <w:rFonts w:ascii="Times New Roman" w:hAnsi="Times New Roman" w:cs="Times New Roman"/>
          <w:sz w:val="24"/>
          <w:szCs w:val="24"/>
        </w:rPr>
        <w:t>,спортни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37CBF">
        <w:rPr>
          <w:rFonts w:ascii="Times New Roman" w:hAnsi="Times New Roman" w:cs="Times New Roman"/>
          <w:sz w:val="24"/>
          <w:szCs w:val="24"/>
        </w:rPr>
        <w:t>занимания,игри</w:t>
      </w:r>
      <w:proofErr w:type="spellEnd"/>
      <w:proofErr w:type="gram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54B80857" w14:textId="77777777" w:rsidR="00037CBF" w:rsidRPr="00037CBF" w:rsidRDefault="00037CBF" w:rsidP="00037CBF">
      <w:pPr>
        <w:pStyle w:val="ae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19:00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Вечеря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3324DAE1" w14:textId="77777777" w:rsidR="00037CBF" w:rsidRPr="00037CBF" w:rsidRDefault="00037CBF" w:rsidP="00037CBF">
      <w:pPr>
        <w:pStyle w:val="ae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20:00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Свободни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занимания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Нощувка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Примеа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бийч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резиденс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”.</w:t>
      </w:r>
    </w:p>
    <w:p w14:paraId="5257940E" w14:textId="77777777" w:rsidR="00037CBF" w:rsidRPr="00037CBF" w:rsidRDefault="00037CBF" w:rsidP="00037CBF">
      <w:pPr>
        <w:pStyle w:val="ae"/>
        <w:spacing w:after="0"/>
        <w:rPr>
          <w:rFonts w:ascii="Times New Roman" w:hAnsi="Times New Roman" w:cs="Times New Roman"/>
          <w:sz w:val="24"/>
          <w:szCs w:val="24"/>
        </w:rPr>
      </w:pPr>
    </w:p>
    <w:p w14:paraId="27EDCB72" w14:textId="77777777" w:rsidR="00037CBF" w:rsidRPr="00037CBF" w:rsidRDefault="00037CBF" w:rsidP="00037CBF">
      <w:pPr>
        <w:pBdr>
          <w:top w:val="nil"/>
          <w:left w:val="nil"/>
          <w:bottom w:val="nil"/>
          <w:right w:val="nil"/>
          <w:between w:val="nil"/>
        </w:pBdr>
        <w:spacing w:after="0"/>
        <w:ind w:left="142"/>
        <w:contextualSpacing/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</w:pPr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4 -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ти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 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ден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: </w:t>
      </w:r>
    </w:p>
    <w:p w14:paraId="68A2A8DB" w14:textId="77777777" w:rsidR="00037CBF" w:rsidRPr="00037CBF" w:rsidRDefault="00037CBF" w:rsidP="00037CBF">
      <w:pPr>
        <w:pStyle w:val="ae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08:00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037CBF">
        <w:rPr>
          <w:rFonts w:ascii="Times New Roman" w:hAnsi="Times New Roman" w:cs="Times New Roman"/>
          <w:sz w:val="24"/>
          <w:szCs w:val="24"/>
        </w:rPr>
        <w:t>Закуска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4334CE99" w14:textId="77777777" w:rsidR="00037CBF" w:rsidRPr="00037CBF" w:rsidRDefault="00037CBF" w:rsidP="00037CBF">
      <w:pPr>
        <w:pStyle w:val="ae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09:00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Отпътуване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с.Резово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крайна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точка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българското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крайбрежие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география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икономика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/</w:t>
      </w:r>
    </w:p>
    <w:p w14:paraId="5BE692C8" w14:textId="77777777" w:rsidR="00037CBF" w:rsidRPr="00037CBF" w:rsidRDefault="00037CBF" w:rsidP="00037CBF">
      <w:pPr>
        <w:pStyle w:val="ae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12:30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Отпътуване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с.Резово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връщане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3799DC45" w14:textId="77777777" w:rsidR="00037CBF" w:rsidRPr="00037CBF" w:rsidRDefault="00037CBF" w:rsidP="00037CBF">
      <w:pPr>
        <w:pStyle w:val="ae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13.30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обяд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24A42633" w14:textId="77777777" w:rsidR="00037CBF" w:rsidRPr="00037CBF" w:rsidRDefault="00037CBF" w:rsidP="00037CBF">
      <w:pPr>
        <w:pStyle w:val="ae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Свободно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занимания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485A31EB" w14:textId="77777777" w:rsidR="00037CBF" w:rsidRPr="00037CBF" w:rsidRDefault="00037CBF" w:rsidP="00037CBF">
      <w:pPr>
        <w:pStyle w:val="ae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>19.00</w:t>
      </w:r>
      <w:proofErr w:type="gramStart"/>
      <w:r w:rsidRPr="00037CBF">
        <w:rPr>
          <w:rFonts w:ascii="Times New Roman" w:hAnsi="Times New Roman" w:cs="Times New Roman"/>
          <w:sz w:val="24"/>
          <w:szCs w:val="24"/>
        </w:rPr>
        <w:t>часа :</w:t>
      </w:r>
      <w:proofErr w:type="gram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Вечеря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Примеа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бийч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резиденс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”.</w:t>
      </w:r>
    </w:p>
    <w:p w14:paraId="4739D179" w14:textId="77777777" w:rsidR="00037CBF" w:rsidRPr="00037CBF" w:rsidRDefault="00037CBF" w:rsidP="00037CBF">
      <w:pPr>
        <w:pStyle w:val="ae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20.00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Свободни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занимания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Нощувка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Примеа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бийч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резиденс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7C72675E" w14:textId="77777777" w:rsidR="00037CBF" w:rsidRPr="00037CBF" w:rsidRDefault="00037CBF" w:rsidP="00037CBF">
      <w:pPr>
        <w:pStyle w:val="ae"/>
        <w:spacing w:after="0"/>
        <w:ind w:left="862"/>
        <w:rPr>
          <w:rFonts w:ascii="Times New Roman" w:hAnsi="Times New Roman" w:cs="Times New Roman"/>
          <w:sz w:val="24"/>
          <w:szCs w:val="24"/>
        </w:rPr>
      </w:pPr>
    </w:p>
    <w:p w14:paraId="1025E547" w14:textId="79EBDBE5" w:rsidR="00037CBF" w:rsidRPr="00037CBF" w:rsidRDefault="00037CBF" w:rsidP="00037CBF">
      <w:pPr>
        <w:spacing w:after="0"/>
        <w:ind w:left="142"/>
        <w:contextualSpacing/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  <w:lang w:val="bg-BG"/>
        </w:rPr>
        <w:t>5</w:t>
      </w:r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-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ти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 xml:space="preserve"> д</w:t>
      </w:r>
      <w:proofErr w:type="spellStart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ен</w:t>
      </w:r>
      <w:proofErr w:type="spellEnd"/>
      <w:r w:rsidRPr="00037CBF">
        <w:rPr>
          <w:rFonts w:ascii="Times New Roman" w:hAnsi="Times New Roman" w:cs="Times New Roman"/>
          <w:b/>
          <w:i/>
          <w:color w:val="000000"/>
          <w:sz w:val="32"/>
          <w:szCs w:val="32"/>
          <w:u w:val="single"/>
        </w:rPr>
        <w:t>:</w:t>
      </w:r>
    </w:p>
    <w:p w14:paraId="18D991DD" w14:textId="77777777" w:rsidR="00037CBF" w:rsidRPr="00037CBF" w:rsidRDefault="00037CBF" w:rsidP="00037CBF">
      <w:pPr>
        <w:pStyle w:val="ae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08:00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037CBF">
        <w:rPr>
          <w:rFonts w:ascii="Times New Roman" w:hAnsi="Times New Roman" w:cs="Times New Roman"/>
          <w:sz w:val="24"/>
          <w:szCs w:val="24"/>
        </w:rPr>
        <w:t>Закуска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</w:p>
    <w:p w14:paraId="6DBD802F" w14:textId="77777777" w:rsidR="00037CBF" w:rsidRPr="00037CBF" w:rsidRDefault="00037CBF" w:rsidP="00037CBF">
      <w:pPr>
        <w:pStyle w:val="ae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Свободно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занимания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19EB6E0F" w14:textId="77777777" w:rsidR="00037CBF" w:rsidRPr="00037CBF" w:rsidRDefault="00037CBF" w:rsidP="00037CBF">
      <w:pPr>
        <w:pStyle w:val="ae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12.00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обяд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ресторанта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хотела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освобождаване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стаите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77E9E6F9" w14:textId="77777777" w:rsidR="00037CBF" w:rsidRPr="00037CBF" w:rsidRDefault="00037CBF" w:rsidP="00037CBF">
      <w:pPr>
        <w:pStyle w:val="ae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13.00 </w:t>
      </w:r>
      <w:proofErr w:type="spellStart"/>
      <w:proofErr w:type="gramStart"/>
      <w:r w:rsidRPr="00037CBF">
        <w:rPr>
          <w:rFonts w:ascii="Times New Roman" w:hAnsi="Times New Roman" w:cs="Times New Roman"/>
          <w:sz w:val="24"/>
          <w:szCs w:val="24"/>
        </w:rPr>
        <w:t>часа:отпътуване</w:t>
      </w:r>
      <w:proofErr w:type="spellEnd"/>
      <w:proofErr w:type="gram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Бургас.</w:t>
      </w:r>
    </w:p>
    <w:p w14:paraId="634EE121" w14:textId="77777777" w:rsidR="00037CBF" w:rsidRPr="00037CBF" w:rsidRDefault="00037CBF" w:rsidP="00037CBF">
      <w:pPr>
        <w:pStyle w:val="ae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7CBF">
        <w:rPr>
          <w:rFonts w:ascii="Times New Roman" w:hAnsi="Times New Roman" w:cs="Times New Roman"/>
          <w:sz w:val="24"/>
          <w:szCs w:val="24"/>
        </w:rPr>
        <w:t xml:space="preserve">14. 00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Посещение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Авиомузей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Бургас</w:t>
      </w:r>
      <w:proofErr w:type="spellEnd"/>
    </w:p>
    <w:p w14:paraId="641FA6CC" w14:textId="77777777" w:rsidR="00037CBF" w:rsidRPr="00037CBF" w:rsidRDefault="00037CBF" w:rsidP="00037CBF">
      <w:pPr>
        <w:pStyle w:val="ae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Около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15.00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отпътуване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Бургас.Пристигане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Пазарджик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двора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училището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около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19.30ч. в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светлата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част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7CBF">
        <w:rPr>
          <w:rFonts w:ascii="Times New Roman" w:hAnsi="Times New Roman" w:cs="Times New Roman"/>
          <w:sz w:val="24"/>
          <w:szCs w:val="24"/>
        </w:rPr>
        <w:t>деня</w:t>
      </w:r>
      <w:proofErr w:type="spellEnd"/>
      <w:r w:rsidRPr="00037CBF">
        <w:rPr>
          <w:rFonts w:ascii="Times New Roman" w:hAnsi="Times New Roman" w:cs="Times New Roman"/>
          <w:sz w:val="24"/>
          <w:szCs w:val="24"/>
        </w:rPr>
        <w:t>.</w:t>
      </w:r>
    </w:p>
    <w:p w14:paraId="0B6A6F3D" w14:textId="77777777" w:rsidR="00037CBF" w:rsidRPr="00037CBF" w:rsidRDefault="00037CBF" w:rsidP="00037CBF">
      <w:pPr>
        <w:spacing w:after="0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14:paraId="1433AD4D" w14:textId="77777777" w:rsidR="00666954" w:rsidRPr="00037CBF" w:rsidRDefault="00666954" w:rsidP="00037CBF">
      <w:pPr>
        <w:spacing w:after="0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sectPr w:rsidR="00666954" w:rsidRPr="00037CBF" w:rsidSect="003B164E">
      <w:headerReference w:type="default" r:id="rId8"/>
      <w:type w:val="continuous"/>
      <w:pgSz w:w="12240" w:h="15840"/>
      <w:pgMar w:top="284" w:right="1800" w:bottom="426" w:left="1800" w:header="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7407A" w14:textId="77777777" w:rsidR="00FB7080" w:rsidRDefault="00FB7080" w:rsidP="0031433C">
      <w:pPr>
        <w:spacing w:after="0" w:line="240" w:lineRule="auto"/>
      </w:pPr>
      <w:r>
        <w:separator/>
      </w:r>
    </w:p>
  </w:endnote>
  <w:endnote w:type="continuationSeparator" w:id="0">
    <w:p w14:paraId="3CB08953" w14:textId="77777777" w:rsidR="00FB7080" w:rsidRDefault="00FB7080" w:rsidP="00314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F4DCF" w14:textId="77777777" w:rsidR="00FB7080" w:rsidRDefault="00FB7080" w:rsidP="0031433C">
      <w:pPr>
        <w:spacing w:after="0" w:line="240" w:lineRule="auto"/>
      </w:pPr>
      <w:r>
        <w:separator/>
      </w:r>
    </w:p>
  </w:footnote>
  <w:footnote w:type="continuationSeparator" w:id="0">
    <w:p w14:paraId="65EA743D" w14:textId="77777777" w:rsidR="00FB7080" w:rsidRDefault="00FB7080" w:rsidP="00314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62" w:type="pct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30"/>
      <w:gridCol w:w="2500"/>
      <w:gridCol w:w="2617"/>
    </w:tblGrid>
    <w:tr w:rsidR="0031433C" w:rsidRPr="00EB29C4" w14:paraId="621F0175" w14:textId="77777777" w:rsidTr="00B93147">
      <w:trPr>
        <w:trHeight w:val="1134"/>
      </w:trPr>
      <w:tc>
        <w:tcPr>
          <w:tcW w:w="2075" w:type="pct"/>
          <w:vAlign w:val="center"/>
        </w:tcPr>
        <w:p w14:paraId="4E03DAE5" w14:textId="3C243971" w:rsidR="0031433C" w:rsidRPr="00D10D21" w:rsidRDefault="0031433C" w:rsidP="0031433C">
          <w:pPr>
            <w:pStyle w:val="affa"/>
            <w:jc w:val="left"/>
            <w:rPr>
              <w:rFonts w:ascii="Calibri" w:hAnsi="Calibri"/>
              <w:b w:val="0"/>
              <w:bCs w:val="0"/>
            </w:rPr>
          </w:pPr>
          <w:r w:rsidRPr="00D10D21">
            <w:rPr>
              <w:rFonts w:ascii="Calibri" w:hAnsi="Calibri"/>
              <w:b w:val="0"/>
              <w:bCs w:val="0"/>
              <w:noProof/>
              <w:lang w:eastAsia="bg-BG"/>
            </w:rPr>
            <w:drawing>
              <wp:inline distT="0" distB="0" distL="0" distR="0" wp14:anchorId="331B6165" wp14:editId="2E277E47">
                <wp:extent cx="2298065" cy="445135"/>
                <wp:effectExtent l="0" t="0" r="6985" b="0"/>
                <wp:docPr id="74215215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9" t="13043" b="101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806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pct"/>
          <w:vAlign w:val="center"/>
        </w:tcPr>
        <w:p w14:paraId="04F16A99" w14:textId="5ECEC099" w:rsidR="0031433C" w:rsidRPr="00D10D21" w:rsidRDefault="0031433C" w:rsidP="0031433C">
          <w:pPr>
            <w:pStyle w:val="affa"/>
            <w:spacing w:after="240"/>
            <w:jc w:val="center"/>
            <w:rPr>
              <w:rFonts w:ascii="Calibri" w:hAnsi="Calibri"/>
              <w:b w:val="0"/>
              <w:bCs w:val="0"/>
              <w:lang w:val="en-US"/>
            </w:rPr>
          </w:pPr>
          <w:r w:rsidRPr="00D10D21">
            <w:rPr>
              <w:rFonts w:ascii="Calibri" w:hAnsi="Calibri"/>
              <w:b w:val="0"/>
              <w:bCs w:val="0"/>
              <w:noProof/>
              <w:lang w:val="en-US"/>
            </w:rPr>
            <w:drawing>
              <wp:inline distT="0" distB="0" distL="0" distR="0" wp14:anchorId="3C74278C" wp14:editId="462D9C37">
                <wp:extent cx="1208405" cy="1033780"/>
                <wp:effectExtent l="0" t="0" r="0" b="0"/>
                <wp:docPr id="70881537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8405" cy="1033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C93162C" w14:textId="77777777" w:rsidR="0031433C" w:rsidRPr="00D10D21" w:rsidRDefault="0031433C" w:rsidP="0031433C">
          <w:pPr>
            <w:pStyle w:val="affa"/>
            <w:spacing w:after="240"/>
            <w:jc w:val="center"/>
            <w:rPr>
              <w:rFonts w:ascii="Calibri" w:hAnsi="Calibri"/>
              <w:b w:val="0"/>
              <w:bCs w:val="0"/>
            </w:rPr>
          </w:pPr>
        </w:p>
      </w:tc>
      <w:tc>
        <w:tcPr>
          <w:tcW w:w="1496" w:type="pct"/>
          <w:vAlign w:val="center"/>
        </w:tcPr>
        <w:p w14:paraId="71C65E5D" w14:textId="17611648" w:rsidR="0031433C" w:rsidRPr="00D10D21" w:rsidRDefault="0031433C" w:rsidP="0031433C">
          <w:pPr>
            <w:pStyle w:val="affa"/>
            <w:jc w:val="right"/>
            <w:rPr>
              <w:rFonts w:ascii="Calibri" w:hAnsi="Calibri"/>
              <w:b w:val="0"/>
              <w:bCs w:val="0"/>
            </w:rPr>
          </w:pPr>
          <w:r w:rsidRPr="00D10D21">
            <w:rPr>
              <w:rFonts w:ascii="Calibri" w:hAnsi="Calibri"/>
              <w:b w:val="0"/>
              <w:bCs w:val="0"/>
              <w:noProof/>
              <w:lang w:eastAsia="bg-BG"/>
            </w:rPr>
            <w:drawing>
              <wp:inline distT="0" distB="0" distL="0" distR="0" wp14:anchorId="4F1E071E" wp14:editId="406C5762">
                <wp:extent cx="1661795" cy="556895"/>
                <wp:effectExtent l="0" t="0" r="0" b="0"/>
                <wp:docPr id="26698580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79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01F73E" w14:textId="65B38CDE" w:rsidR="00B93147" w:rsidRPr="00F8330A" w:rsidRDefault="00B93147" w:rsidP="00B93147">
    <w:pPr>
      <w:spacing w:after="0" w:line="360" w:lineRule="auto"/>
      <w:jc w:val="center"/>
      <w:rPr>
        <w:rFonts w:ascii="Times New Roman" w:hAnsi="Times New Roman" w:cs="Times New Roman"/>
        <w:sz w:val="24"/>
        <w:szCs w:val="24"/>
        <w:lang w:val="bg-BG"/>
      </w:rPr>
    </w:pPr>
    <w:r w:rsidRPr="00F8330A">
      <w:rPr>
        <w:rFonts w:ascii="Times New Roman" w:hAnsi="Times New Roman" w:cs="Times New Roman"/>
        <w:sz w:val="24"/>
        <w:szCs w:val="24"/>
        <w:lang w:val="bg-BG"/>
      </w:rPr>
      <w:t>проект</w:t>
    </w:r>
    <w:r>
      <w:rPr>
        <w:rFonts w:ascii="Times New Roman" w:hAnsi="Times New Roman" w:cs="Times New Roman"/>
        <w:sz w:val="24"/>
        <w:szCs w:val="24"/>
        <w:lang w:val="bg-BG"/>
      </w:rPr>
      <w:t xml:space="preserve"> </w:t>
    </w:r>
    <w:r w:rsidRPr="00F8330A">
      <w:rPr>
        <w:rFonts w:ascii="Times New Roman" w:hAnsi="Times New Roman" w:cs="Times New Roman"/>
        <w:sz w:val="24"/>
        <w:szCs w:val="24"/>
        <w:lang w:val="bg-BG"/>
      </w:rPr>
      <w:t>BG05SFPR001-2.004-0001„Образователни маршрути в България“</w:t>
    </w:r>
  </w:p>
  <w:p w14:paraId="4D27B072" w14:textId="77777777" w:rsidR="0031433C" w:rsidRDefault="0031433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6F99"/>
    <w:multiLevelType w:val="hybridMultilevel"/>
    <w:tmpl w:val="03AE82D0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18E0F6C"/>
    <w:multiLevelType w:val="hybridMultilevel"/>
    <w:tmpl w:val="B7BADE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65A54"/>
    <w:multiLevelType w:val="hybridMultilevel"/>
    <w:tmpl w:val="2048E7E6"/>
    <w:lvl w:ilvl="0" w:tplc="04020001">
      <w:start w:val="1"/>
      <w:numFmt w:val="bullet"/>
      <w:lvlText w:val=""/>
      <w:lvlJc w:val="left"/>
      <w:pPr>
        <w:ind w:left="61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12" w15:restartNumberingAfterBreak="0">
    <w:nsid w:val="245B75A5"/>
    <w:multiLevelType w:val="hybridMultilevel"/>
    <w:tmpl w:val="34D09E4C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8132803"/>
    <w:multiLevelType w:val="hybridMultilevel"/>
    <w:tmpl w:val="6BDC44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72789"/>
    <w:multiLevelType w:val="hybridMultilevel"/>
    <w:tmpl w:val="E62604BC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9774465"/>
    <w:multiLevelType w:val="hybridMultilevel"/>
    <w:tmpl w:val="45AE9F0A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4FB923F5"/>
    <w:multiLevelType w:val="hybridMultilevel"/>
    <w:tmpl w:val="5CD603F4"/>
    <w:lvl w:ilvl="0" w:tplc="04020001">
      <w:start w:val="1"/>
      <w:numFmt w:val="bullet"/>
      <w:lvlText w:val=""/>
      <w:lvlJc w:val="left"/>
      <w:pPr>
        <w:ind w:left="61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17" w15:restartNumberingAfterBreak="0">
    <w:nsid w:val="575F28C1"/>
    <w:multiLevelType w:val="hybridMultilevel"/>
    <w:tmpl w:val="7D4642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D79C7"/>
    <w:multiLevelType w:val="hybridMultilevel"/>
    <w:tmpl w:val="1B48FD40"/>
    <w:lvl w:ilvl="0" w:tplc="040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559378D"/>
    <w:multiLevelType w:val="hybridMultilevel"/>
    <w:tmpl w:val="160665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679799">
    <w:abstractNumId w:val="8"/>
  </w:num>
  <w:num w:numId="2" w16cid:durableId="1763725198">
    <w:abstractNumId w:val="6"/>
  </w:num>
  <w:num w:numId="3" w16cid:durableId="969244140">
    <w:abstractNumId w:val="5"/>
  </w:num>
  <w:num w:numId="4" w16cid:durableId="816188725">
    <w:abstractNumId w:val="4"/>
  </w:num>
  <w:num w:numId="5" w16cid:durableId="1041436905">
    <w:abstractNumId w:val="7"/>
  </w:num>
  <w:num w:numId="6" w16cid:durableId="1375618553">
    <w:abstractNumId w:val="3"/>
  </w:num>
  <w:num w:numId="7" w16cid:durableId="855196531">
    <w:abstractNumId w:val="2"/>
  </w:num>
  <w:num w:numId="8" w16cid:durableId="1800372116">
    <w:abstractNumId w:val="1"/>
  </w:num>
  <w:num w:numId="9" w16cid:durableId="475609937">
    <w:abstractNumId w:val="0"/>
  </w:num>
  <w:num w:numId="10" w16cid:durableId="205025093">
    <w:abstractNumId w:val="19"/>
  </w:num>
  <w:num w:numId="11" w16cid:durableId="1547253333">
    <w:abstractNumId w:val="10"/>
  </w:num>
  <w:num w:numId="12" w16cid:durableId="1111322469">
    <w:abstractNumId w:val="16"/>
  </w:num>
  <w:num w:numId="13" w16cid:durableId="10034278">
    <w:abstractNumId w:val="11"/>
  </w:num>
  <w:num w:numId="14" w16cid:durableId="1528564915">
    <w:abstractNumId w:val="17"/>
  </w:num>
  <w:num w:numId="15" w16cid:durableId="187719917">
    <w:abstractNumId w:val="12"/>
  </w:num>
  <w:num w:numId="16" w16cid:durableId="1396128906">
    <w:abstractNumId w:val="14"/>
  </w:num>
  <w:num w:numId="17" w16cid:durableId="218438681">
    <w:abstractNumId w:val="9"/>
  </w:num>
  <w:num w:numId="18" w16cid:durableId="157155651">
    <w:abstractNumId w:val="13"/>
  </w:num>
  <w:num w:numId="19" w16cid:durableId="635306308">
    <w:abstractNumId w:val="15"/>
  </w:num>
  <w:num w:numId="20" w16cid:durableId="21136995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CBF"/>
    <w:rsid w:val="0006063C"/>
    <w:rsid w:val="00134564"/>
    <w:rsid w:val="0015074B"/>
    <w:rsid w:val="001602D3"/>
    <w:rsid w:val="0017293B"/>
    <w:rsid w:val="0029639D"/>
    <w:rsid w:val="0031433C"/>
    <w:rsid w:val="00326F90"/>
    <w:rsid w:val="003B164E"/>
    <w:rsid w:val="00437CB2"/>
    <w:rsid w:val="00453834"/>
    <w:rsid w:val="005879D7"/>
    <w:rsid w:val="00595908"/>
    <w:rsid w:val="00666954"/>
    <w:rsid w:val="006E4F35"/>
    <w:rsid w:val="007659FF"/>
    <w:rsid w:val="00781F03"/>
    <w:rsid w:val="007B0F63"/>
    <w:rsid w:val="00802E4F"/>
    <w:rsid w:val="008926D5"/>
    <w:rsid w:val="00913D76"/>
    <w:rsid w:val="009D21D3"/>
    <w:rsid w:val="00A83936"/>
    <w:rsid w:val="00AA1D8D"/>
    <w:rsid w:val="00AE63EA"/>
    <w:rsid w:val="00B47730"/>
    <w:rsid w:val="00B93147"/>
    <w:rsid w:val="00C359E1"/>
    <w:rsid w:val="00CB0664"/>
    <w:rsid w:val="00D7744D"/>
    <w:rsid w:val="00D978A8"/>
    <w:rsid w:val="00DD4A55"/>
    <w:rsid w:val="00DD659D"/>
    <w:rsid w:val="00E906EA"/>
    <w:rsid w:val="00EE7D6D"/>
    <w:rsid w:val="00F8330A"/>
    <w:rsid w:val="00FB70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4556C17A-1C0E-4D1A-85EB-55CB9F3D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a">
    <w:name w:val="Текст табл."/>
    <w:basedOn w:val="a1"/>
    <w:link w:val="affb"/>
    <w:qFormat/>
    <w:rsid w:val="0031433C"/>
    <w:pPr>
      <w:spacing w:after="0" w:line="240" w:lineRule="auto"/>
      <w:contextualSpacing/>
      <w:jc w:val="both"/>
    </w:pPr>
    <w:rPr>
      <w:rFonts w:ascii="Times New Roman" w:eastAsia="Calibri" w:hAnsi="Times New Roman" w:cs="Arial"/>
      <w:b/>
      <w:bCs/>
      <w:szCs w:val="24"/>
      <w:lang w:val="bg-BG"/>
    </w:rPr>
  </w:style>
  <w:style w:type="character" w:customStyle="1" w:styleId="affb">
    <w:name w:val="Текст табл. Знак"/>
    <w:link w:val="affa"/>
    <w:rsid w:val="0031433C"/>
    <w:rPr>
      <w:rFonts w:ascii="Times New Roman" w:eastAsia="Calibri" w:hAnsi="Times New Roman" w:cs="Arial"/>
      <w:b/>
      <w:bCs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Георги Й. Станков</cp:lastModifiedBy>
  <cp:revision>4</cp:revision>
  <dcterms:created xsi:type="dcterms:W3CDTF">2026-07-08T07:01:00Z</dcterms:created>
  <dcterms:modified xsi:type="dcterms:W3CDTF">2026-07-08T07:14:00Z</dcterms:modified>
  <cp:category/>
</cp:coreProperties>
</file>