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19A02" w14:textId="23B47964" w:rsidR="003B164E" w:rsidRPr="003B164E" w:rsidRDefault="003B164E" w:rsidP="00802E4F">
      <w:pPr>
        <w:tabs>
          <w:tab w:val="left" w:pos="709"/>
          <w:tab w:val="left" w:pos="851"/>
        </w:tabs>
        <w:spacing w:after="0"/>
        <w:ind w:right="-7"/>
        <w:contextualSpacing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bookmarkStart w:id="0" w:name="_Hlk233275234"/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Списък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ученици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, 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участващи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Cs/>
          <w:i/>
          <w:iCs/>
          <w:sz w:val="32"/>
          <w:szCs w:val="32"/>
          <w:lang w:val="bg-BG"/>
        </w:rPr>
        <w:t xml:space="preserve">в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организирано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пътуване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 </w:t>
      </w:r>
      <w:proofErr w:type="spellStart"/>
      <w:r w:rsidR="00750050" w:rsidRPr="003B164E">
        <w:rPr>
          <w:rFonts w:ascii="Times New Roman" w:hAnsi="Times New Roman" w:cs="Times New Roman"/>
          <w:i/>
          <w:iCs/>
          <w:sz w:val="32"/>
          <w:szCs w:val="32"/>
        </w:rPr>
        <w:t>по</w:t>
      </w:r>
      <w:proofErr w:type="spellEnd"/>
      <w:r w:rsidR="00750050"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="00750050" w:rsidRPr="003B164E">
        <w:rPr>
          <w:rFonts w:ascii="Times New Roman" w:hAnsi="Times New Roman" w:cs="Times New Roman"/>
          <w:i/>
          <w:iCs/>
          <w:sz w:val="32"/>
          <w:szCs w:val="32"/>
        </w:rPr>
        <w:t>проект</w:t>
      </w:r>
      <w:proofErr w:type="spellEnd"/>
      <w:r w:rsidR="00750050"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 № BG05SFPR001-2.004-001 </w:t>
      </w:r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на </w:t>
      </w:r>
      <w:proofErr w:type="spellStart"/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Минис</w:t>
      </w:r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</w:rPr>
        <w:t>терството</w:t>
      </w:r>
      <w:proofErr w:type="spellEnd"/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на </w:t>
      </w:r>
      <w:proofErr w:type="spellStart"/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образованието</w:t>
      </w:r>
      <w:proofErr w:type="spellEnd"/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и </w:t>
      </w:r>
      <w:proofErr w:type="spellStart"/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науката</w:t>
      </w:r>
      <w:proofErr w:type="spellEnd"/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(</w:t>
      </w:r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</w:rPr>
        <w:t>МОН</w:t>
      </w:r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)</w:t>
      </w:r>
      <w:r w:rsidR="00750050" w:rsidRPr="00037CBF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</w:t>
      </w:r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„</w:t>
      </w:r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</w:rPr>
        <w:t>О</w:t>
      </w:r>
      <w:proofErr w:type="spellStart"/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бразователни</w:t>
      </w:r>
      <w:proofErr w:type="spellEnd"/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</w:t>
      </w:r>
      <w:proofErr w:type="spellStart"/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маршрути</w:t>
      </w:r>
      <w:proofErr w:type="spellEnd"/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в </w:t>
      </w:r>
      <w:proofErr w:type="spellStart"/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България</w:t>
      </w:r>
      <w:proofErr w:type="spellEnd"/>
      <w:r w:rsidR="00750050"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“</w:t>
      </w:r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, 5 дни с  </w:t>
      </w:r>
      <w:r w:rsidRPr="003B164E">
        <w:rPr>
          <w:rFonts w:ascii="Times New Roman" w:hAnsi="Times New Roman" w:cs="Times New Roman"/>
          <w:bCs/>
          <w:i/>
          <w:iCs/>
          <w:sz w:val="32"/>
          <w:szCs w:val="32"/>
        </w:rPr>
        <w:t>4 /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</w:rPr>
        <w:t>четири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/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нощувки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 с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хранене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- закуска,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обяд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,</w:t>
      </w:r>
      <w:r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</w:t>
      </w:r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вечеря</w:t>
      </w:r>
      <w:r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в</w:t>
      </w:r>
      <w:r w:rsidRPr="003B164E">
        <w:rPr>
          <w:bCs/>
        </w:rPr>
        <w:t xml:space="preserve"> 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гр.Царево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, 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хотел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 „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Примеа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бийч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резиденс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 “</w:t>
      </w:r>
    </w:p>
    <w:p w14:paraId="37FE3EEE" w14:textId="77777777" w:rsidR="003B164E" w:rsidRDefault="003B164E" w:rsidP="003B164E"/>
    <w:p w14:paraId="53FB0FB0" w14:textId="77777777" w:rsid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  <w:sectPr w:rsidR="003B164E" w:rsidSect="003B164E">
          <w:headerReference w:type="default" r:id="rId8"/>
          <w:pgSz w:w="12240" w:h="15840"/>
          <w:pgMar w:top="284" w:right="1800" w:bottom="426" w:left="1800" w:header="52" w:footer="720" w:gutter="0"/>
          <w:cols w:space="720"/>
          <w:docGrid w:linePitch="360"/>
        </w:sectPr>
      </w:pPr>
    </w:p>
    <w:p w14:paraId="2FC10222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Александра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Лазарова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Благова</w:t>
      </w:r>
      <w:proofErr w:type="spellEnd"/>
    </w:p>
    <w:p w14:paraId="1A7BABBE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Николай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Светославов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Блангев</w:t>
      </w:r>
      <w:proofErr w:type="spellEnd"/>
    </w:p>
    <w:p w14:paraId="15786640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Константин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Петьов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Иванов</w:t>
      </w:r>
      <w:proofErr w:type="spellEnd"/>
    </w:p>
    <w:p w14:paraId="46F77101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Теодор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Николаев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Петров</w:t>
      </w:r>
      <w:proofErr w:type="spellEnd"/>
    </w:p>
    <w:p w14:paraId="1DB6FF58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Деян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Валентинов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Ваклинов</w:t>
      </w:r>
      <w:proofErr w:type="spellEnd"/>
    </w:p>
    <w:p w14:paraId="106E8D7E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Станимир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Дениславов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Панчев</w:t>
      </w:r>
      <w:proofErr w:type="spellEnd"/>
    </w:p>
    <w:p w14:paraId="7C36C8ED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Никол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Николаева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Йорданова</w:t>
      </w:r>
      <w:proofErr w:type="spellEnd"/>
    </w:p>
    <w:p w14:paraId="5CC7281A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Даная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Ангелова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Йорданова</w:t>
      </w:r>
      <w:proofErr w:type="spellEnd"/>
    </w:p>
    <w:p w14:paraId="5F5A5EF6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Калояна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Кръстева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Комсалова</w:t>
      </w:r>
      <w:proofErr w:type="spellEnd"/>
    </w:p>
    <w:p w14:paraId="28F9E453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Габриела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Кръстева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Гергинска</w:t>
      </w:r>
      <w:proofErr w:type="spellEnd"/>
    </w:p>
    <w:p w14:paraId="15B91FA5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Иван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Иванов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Василев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FA819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Иван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Николаев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Крушев</w:t>
      </w:r>
      <w:proofErr w:type="spellEnd"/>
    </w:p>
    <w:p w14:paraId="5FE0B8E6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Васил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Спасов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Георгиев</w:t>
      </w:r>
      <w:proofErr w:type="spellEnd"/>
    </w:p>
    <w:p w14:paraId="4B222619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Никола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Миленов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Минков</w:t>
      </w:r>
      <w:proofErr w:type="spellEnd"/>
    </w:p>
    <w:p w14:paraId="781C5F0D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Мартин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Георгиев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Байдов</w:t>
      </w:r>
      <w:proofErr w:type="spellEnd"/>
    </w:p>
    <w:p w14:paraId="73776AFC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Николай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Ангелов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Чемишев</w:t>
      </w:r>
      <w:proofErr w:type="spellEnd"/>
    </w:p>
    <w:p w14:paraId="475029BA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Николай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Крумов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Шопски</w:t>
      </w:r>
      <w:proofErr w:type="spellEnd"/>
    </w:p>
    <w:p w14:paraId="695D98DD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B164E">
        <w:rPr>
          <w:rFonts w:ascii="Times New Roman" w:hAnsi="Times New Roman" w:cs="Times New Roman"/>
          <w:sz w:val="24"/>
          <w:szCs w:val="24"/>
        </w:rPr>
        <w:t xml:space="preserve">Георги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Стоянов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Гигов</w:t>
      </w:r>
      <w:proofErr w:type="spellEnd"/>
    </w:p>
    <w:p w14:paraId="46BE3D63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Хасан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Хасанов</w:t>
      </w:r>
      <w:proofErr w:type="spellEnd"/>
    </w:p>
    <w:p w14:paraId="0B45D669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Ангел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Минчев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Пенев</w:t>
      </w:r>
      <w:proofErr w:type="spellEnd"/>
    </w:p>
    <w:p w14:paraId="113F2CA6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Никол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Василева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Паунова</w:t>
      </w:r>
      <w:proofErr w:type="spellEnd"/>
    </w:p>
    <w:p w14:paraId="3FA0A01D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Илияна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Павлова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Илиева</w:t>
      </w:r>
      <w:proofErr w:type="spellEnd"/>
    </w:p>
    <w:p w14:paraId="102B6123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Лидия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Иванова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Топалова</w:t>
      </w:r>
      <w:proofErr w:type="spellEnd"/>
    </w:p>
    <w:p w14:paraId="6B3A4511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Веси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Василева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Атанасова</w:t>
      </w:r>
      <w:proofErr w:type="spellEnd"/>
    </w:p>
    <w:p w14:paraId="357896B6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Момчил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Станимиров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Каравеликов</w:t>
      </w:r>
      <w:proofErr w:type="spellEnd"/>
    </w:p>
    <w:p w14:paraId="6E3A8F91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Стефан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Николаев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Тачев</w:t>
      </w:r>
      <w:proofErr w:type="spellEnd"/>
    </w:p>
    <w:p w14:paraId="57A2AA81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Мохаммед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Джамал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Юркин</w:t>
      </w:r>
      <w:proofErr w:type="spellEnd"/>
    </w:p>
    <w:p w14:paraId="16740862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Давид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Иванов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Георгиев</w:t>
      </w:r>
      <w:proofErr w:type="spellEnd"/>
    </w:p>
    <w:p w14:paraId="7C725231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Станислава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Михайлова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Василева</w:t>
      </w:r>
      <w:proofErr w:type="spellEnd"/>
    </w:p>
    <w:p w14:paraId="48C823A7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Гергана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Николаева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Бодурова</w:t>
      </w:r>
      <w:proofErr w:type="spellEnd"/>
    </w:p>
    <w:p w14:paraId="410C8F44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B164E">
        <w:rPr>
          <w:rFonts w:ascii="Times New Roman" w:hAnsi="Times New Roman" w:cs="Times New Roman"/>
          <w:sz w:val="24"/>
          <w:szCs w:val="24"/>
        </w:rPr>
        <w:t xml:space="preserve">Георги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Василев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Лазаров</w:t>
      </w:r>
      <w:proofErr w:type="spellEnd"/>
    </w:p>
    <w:p w14:paraId="19E0F620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Виктория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Илиева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Димитрова</w:t>
      </w:r>
      <w:proofErr w:type="spellEnd"/>
    </w:p>
    <w:p w14:paraId="664EFBF8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Павел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Красимиров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Каназирев</w:t>
      </w:r>
      <w:proofErr w:type="spellEnd"/>
    </w:p>
    <w:p w14:paraId="7F254AD5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Мартин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Марианов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Стоилов</w:t>
      </w:r>
      <w:proofErr w:type="spellEnd"/>
    </w:p>
    <w:p w14:paraId="54B4C33D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Васил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Дончев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Мангъров</w:t>
      </w:r>
      <w:proofErr w:type="spellEnd"/>
    </w:p>
    <w:p w14:paraId="35B2F0B9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Антонио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Троянов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Георгиев</w:t>
      </w:r>
      <w:proofErr w:type="spellEnd"/>
    </w:p>
    <w:p w14:paraId="2CC9C2D3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Йоана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Стоянова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Байгънова</w:t>
      </w:r>
      <w:proofErr w:type="spellEnd"/>
    </w:p>
    <w:p w14:paraId="5343D56B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Гергана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Данаилова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Кискинова</w:t>
      </w:r>
      <w:proofErr w:type="spellEnd"/>
    </w:p>
    <w:p w14:paraId="6C5F4F9F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Карина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Димитрова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Коемджиева</w:t>
      </w:r>
      <w:proofErr w:type="spellEnd"/>
    </w:p>
    <w:p w14:paraId="1F7E7A3B" w14:textId="77777777" w:rsidR="003B164E" w:rsidRPr="003B164E" w:rsidRDefault="003B164E" w:rsidP="003B164E">
      <w:pPr>
        <w:pStyle w:val="ae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Виктория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Георгиева</w:t>
      </w:r>
      <w:proofErr w:type="spellEnd"/>
      <w:r w:rsidRPr="003B1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64E">
        <w:rPr>
          <w:rFonts w:ascii="Times New Roman" w:hAnsi="Times New Roman" w:cs="Times New Roman"/>
          <w:sz w:val="24"/>
          <w:szCs w:val="24"/>
        </w:rPr>
        <w:t>Велкова</w:t>
      </w:r>
      <w:proofErr w:type="spellEnd"/>
    </w:p>
    <w:bookmarkEnd w:id="0"/>
    <w:p w14:paraId="6195C2BB" w14:textId="77777777" w:rsidR="003B164E" w:rsidRDefault="003B164E" w:rsidP="003B164E">
      <w:pPr>
        <w:rPr>
          <w:rFonts w:ascii="Times New Roman" w:hAnsi="Times New Roman" w:cs="Times New Roman"/>
          <w:sz w:val="24"/>
          <w:szCs w:val="24"/>
        </w:rPr>
        <w:sectPr w:rsidR="003B164E" w:rsidSect="003B164E">
          <w:type w:val="continuous"/>
          <w:pgSz w:w="12240" w:h="15840"/>
          <w:pgMar w:top="284" w:right="1800" w:bottom="426" w:left="1800" w:header="52" w:footer="720" w:gutter="0"/>
          <w:cols w:num="2" w:space="720"/>
          <w:docGrid w:linePitch="360"/>
        </w:sectPr>
      </w:pPr>
    </w:p>
    <w:p w14:paraId="3419B2DD" w14:textId="71F7A81D" w:rsidR="007B0F63" w:rsidRDefault="007B0F63" w:rsidP="003B164E">
      <w:pPr>
        <w:rPr>
          <w:rFonts w:ascii="Times New Roman" w:hAnsi="Times New Roman" w:cs="Times New Roman"/>
          <w:sz w:val="24"/>
          <w:szCs w:val="24"/>
        </w:rPr>
      </w:pPr>
    </w:p>
    <w:p w14:paraId="2DF2FDB8" w14:textId="77777777" w:rsidR="003B164E" w:rsidRPr="003B164E" w:rsidRDefault="003B164E" w:rsidP="003B164E">
      <w:pPr>
        <w:rPr>
          <w:rFonts w:ascii="Times New Roman" w:hAnsi="Times New Roman" w:cs="Times New Roman"/>
          <w:sz w:val="24"/>
          <w:szCs w:val="24"/>
        </w:rPr>
      </w:pPr>
    </w:p>
    <w:sectPr w:rsidR="003B164E" w:rsidRPr="003B164E" w:rsidSect="003B164E">
      <w:type w:val="continuous"/>
      <w:pgSz w:w="12240" w:h="15840"/>
      <w:pgMar w:top="284" w:right="1800" w:bottom="426" w:left="1800" w:header="5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0E205" w14:textId="77777777" w:rsidR="00B67730" w:rsidRDefault="00B67730" w:rsidP="0031433C">
      <w:pPr>
        <w:spacing w:after="0" w:line="240" w:lineRule="auto"/>
      </w:pPr>
      <w:r>
        <w:separator/>
      </w:r>
    </w:p>
  </w:endnote>
  <w:endnote w:type="continuationSeparator" w:id="0">
    <w:p w14:paraId="3F90F1EF" w14:textId="77777777" w:rsidR="00B67730" w:rsidRDefault="00B67730" w:rsidP="00314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BA04C" w14:textId="77777777" w:rsidR="00B67730" w:rsidRDefault="00B67730" w:rsidP="0031433C">
      <w:pPr>
        <w:spacing w:after="0" w:line="240" w:lineRule="auto"/>
      </w:pPr>
      <w:r>
        <w:separator/>
      </w:r>
    </w:p>
  </w:footnote>
  <w:footnote w:type="continuationSeparator" w:id="0">
    <w:p w14:paraId="628C051E" w14:textId="77777777" w:rsidR="00B67730" w:rsidRDefault="00B67730" w:rsidP="00314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62" w:type="pct"/>
      <w:tblBorders>
        <w:bottom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30"/>
      <w:gridCol w:w="2500"/>
      <w:gridCol w:w="2617"/>
    </w:tblGrid>
    <w:tr w:rsidR="0031433C" w:rsidRPr="00EB29C4" w14:paraId="621F0175" w14:textId="77777777" w:rsidTr="00B93147">
      <w:trPr>
        <w:trHeight w:val="1134"/>
      </w:trPr>
      <w:tc>
        <w:tcPr>
          <w:tcW w:w="2075" w:type="pct"/>
          <w:vAlign w:val="center"/>
        </w:tcPr>
        <w:p w14:paraId="4E03DAE5" w14:textId="3C243971" w:rsidR="0031433C" w:rsidRPr="00D10D21" w:rsidRDefault="0031433C" w:rsidP="0031433C">
          <w:pPr>
            <w:pStyle w:val="affa"/>
            <w:jc w:val="left"/>
            <w:rPr>
              <w:rFonts w:ascii="Calibri" w:hAnsi="Calibri"/>
              <w:b w:val="0"/>
              <w:bCs w:val="0"/>
            </w:rPr>
          </w:pPr>
          <w:r w:rsidRPr="00D10D21">
            <w:rPr>
              <w:rFonts w:ascii="Calibri" w:hAnsi="Calibri"/>
              <w:b w:val="0"/>
              <w:bCs w:val="0"/>
              <w:noProof/>
              <w:lang w:eastAsia="bg-BG"/>
            </w:rPr>
            <w:drawing>
              <wp:inline distT="0" distB="0" distL="0" distR="0" wp14:anchorId="331B6165" wp14:editId="2E277E47">
                <wp:extent cx="2298065" cy="445135"/>
                <wp:effectExtent l="0" t="0" r="6985" b="0"/>
                <wp:docPr id="74215215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9" t="13043" b="1012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8065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pct"/>
          <w:vAlign w:val="center"/>
        </w:tcPr>
        <w:p w14:paraId="04F16A99" w14:textId="5ECEC099" w:rsidR="0031433C" w:rsidRPr="00D10D21" w:rsidRDefault="0031433C" w:rsidP="0031433C">
          <w:pPr>
            <w:pStyle w:val="affa"/>
            <w:spacing w:after="240"/>
            <w:jc w:val="center"/>
            <w:rPr>
              <w:rFonts w:ascii="Calibri" w:hAnsi="Calibri"/>
              <w:b w:val="0"/>
              <w:bCs w:val="0"/>
              <w:lang w:val="en-US"/>
            </w:rPr>
          </w:pPr>
          <w:r w:rsidRPr="00D10D21">
            <w:rPr>
              <w:rFonts w:ascii="Calibri" w:hAnsi="Calibri"/>
              <w:b w:val="0"/>
              <w:bCs w:val="0"/>
              <w:noProof/>
              <w:lang w:val="en-US"/>
            </w:rPr>
            <w:drawing>
              <wp:inline distT="0" distB="0" distL="0" distR="0" wp14:anchorId="3C74278C" wp14:editId="462D9C37">
                <wp:extent cx="1208405" cy="1033780"/>
                <wp:effectExtent l="0" t="0" r="0" b="0"/>
                <wp:docPr id="70881537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8405" cy="1033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C93162C" w14:textId="77777777" w:rsidR="0031433C" w:rsidRPr="00D10D21" w:rsidRDefault="0031433C" w:rsidP="0031433C">
          <w:pPr>
            <w:pStyle w:val="affa"/>
            <w:spacing w:after="240"/>
            <w:jc w:val="center"/>
            <w:rPr>
              <w:rFonts w:ascii="Calibri" w:hAnsi="Calibri"/>
              <w:b w:val="0"/>
              <w:bCs w:val="0"/>
            </w:rPr>
          </w:pPr>
        </w:p>
      </w:tc>
      <w:tc>
        <w:tcPr>
          <w:tcW w:w="1496" w:type="pct"/>
          <w:vAlign w:val="center"/>
        </w:tcPr>
        <w:p w14:paraId="71C65E5D" w14:textId="17611648" w:rsidR="0031433C" w:rsidRPr="00D10D21" w:rsidRDefault="0031433C" w:rsidP="0031433C">
          <w:pPr>
            <w:pStyle w:val="affa"/>
            <w:jc w:val="right"/>
            <w:rPr>
              <w:rFonts w:ascii="Calibri" w:hAnsi="Calibri"/>
              <w:b w:val="0"/>
              <w:bCs w:val="0"/>
            </w:rPr>
          </w:pPr>
          <w:r w:rsidRPr="00D10D21">
            <w:rPr>
              <w:rFonts w:ascii="Calibri" w:hAnsi="Calibri"/>
              <w:b w:val="0"/>
              <w:bCs w:val="0"/>
              <w:noProof/>
              <w:lang w:eastAsia="bg-BG"/>
            </w:rPr>
            <w:drawing>
              <wp:inline distT="0" distB="0" distL="0" distR="0" wp14:anchorId="4F1E071E" wp14:editId="406C5762">
                <wp:extent cx="1661795" cy="556895"/>
                <wp:effectExtent l="0" t="0" r="0" b="0"/>
                <wp:docPr id="26698580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1795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01F73E" w14:textId="65B38CDE" w:rsidR="00B93147" w:rsidRPr="00F8330A" w:rsidRDefault="00B93147" w:rsidP="00B93147">
    <w:pPr>
      <w:spacing w:after="0" w:line="360" w:lineRule="auto"/>
      <w:jc w:val="center"/>
      <w:rPr>
        <w:rFonts w:ascii="Times New Roman" w:hAnsi="Times New Roman" w:cs="Times New Roman"/>
        <w:sz w:val="24"/>
        <w:szCs w:val="24"/>
        <w:lang w:val="bg-BG"/>
      </w:rPr>
    </w:pPr>
    <w:r w:rsidRPr="00F8330A">
      <w:rPr>
        <w:rFonts w:ascii="Times New Roman" w:hAnsi="Times New Roman" w:cs="Times New Roman"/>
        <w:sz w:val="24"/>
        <w:szCs w:val="24"/>
        <w:lang w:val="bg-BG"/>
      </w:rPr>
      <w:t>проект</w:t>
    </w:r>
    <w:r>
      <w:rPr>
        <w:rFonts w:ascii="Times New Roman" w:hAnsi="Times New Roman" w:cs="Times New Roman"/>
        <w:sz w:val="24"/>
        <w:szCs w:val="24"/>
        <w:lang w:val="bg-BG"/>
      </w:rPr>
      <w:t xml:space="preserve"> </w:t>
    </w:r>
    <w:r w:rsidRPr="00F8330A">
      <w:rPr>
        <w:rFonts w:ascii="Times New Roman" w:hAnsi="Times New Roman" w:cs="Times New Roman"/>
        <w:sz w:val="24"/>
        <w:szCs w:val="24"/>
        <w:lang w:val="bg-BG"/>
      </w:rPr>
      <w:t>BG05SFPR001-2.004-0001„Образователни маршрути в България“</w:t>
    </w:r>
  </w:p>
  <w:p w14:paraId="4D27B072" w14:textId="77777777" w:rsidR="0031433C" w:rsidRDefault="0031433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8E0F6C"/>
    <w:multiLevelType w:val="hybridMultilevel"/>
    <w:tmpl w:val="B7BADE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59378D"/>
    <w:multiLevelType w:val="hybridMultilevel"/>
    <w:tmpl w:val="160665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679799">
    <w:abstractNumId w:val="8"/>
  </w:num>
  <w:num w:numId="2" w16cid:durableId="1763725198">
    <w:abstractNumId w:val="6"/>
  </w:num>
  <w:num w:numId="3" w16cid:durableId="969244140">
    <w:abstractNumId w:val="5"/>
  </w:num>
  <w:num w:numId="4" w16cid:durableId="816188725">
    <w:abstractNumId w:val="4"/>
  </w:num>
  <w:num w:numId="5" w16cid:durableId="1041436905">
    <w:abstractNumId w:val="7"/>
  </w:num>
  <w:num w:numId="6" w16cid:durableId="1375618553">
    <w:abstractNumId w:val="3"/>
  </w:num>
  <w:num w:numId="7" w16cid:durableId="855196531">
    <w:abstractNumId w:val="2"/>
  </w:num>
  <w:num w:numId="8" w16cid:durableId="1800372116">
    <w:abstractNumId w:val="1"/>
  </w:num>
  <w:num w:numId="9" w16cid:durableId="475609937">
    <w:abstractNumId w:val="0"/>
  </w:num>
  <w:num w:numId="10" w16cid:durableId="205025093">
    <w:abstractNumId w:val="10"/>
  </w:num>
  <w:num w:numId="11" w16cid:durableId="15472533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4564"/>
    <w:rsid w:val="0015074B"/>
    <w:rsid w:val="001602D3"/>
    <w:rsid w:val="002104AB"/>
    <w:rsid w:val="00224C43"/>
    <w:rsid w:val="0029639D"/>
    <w:rsid w:val="0031433C"/>
    <w:rsid w:val="00326F90"/>
    <w:rsid w:val="003B164E"/>
    <w:rsid w:val="00437CB2"/>
    <w:rsid w:val="00453834"/>
    <w:rsid w:val="00595908"/>
    <w:rsid w:val="005D60D9"/>
    <w:rsid w:val="006E4F35"/>
    <w:rsid w:val="00750050"/>
    <w:rsid w:val="007659FF"/>
    <w:rsid w:val="00781F03"/>
    <w:rsid w:val="007B0F63"/>
    <w:rsid w:val="00802E4F"/>
    <w:rsid w:val="008157C8"/>
    <w:rsid w:val="008926D5"/>
    <w:rsid w:val="00913D76"/>
    <w:rsid w:val="009D21D3"/>
    <w:rsid w:val="00A83936"/>
    <w:rsid w:val="00AA1D8D"/>
    <w:rsid w:val="00AE63EA"/>
    <w:rsid w:val="00B47730"/>
    <w:rsid w:val="00B67730"/>
    <w:rsid w:val="00B93147"/>
    <w:rsid w:val="00C359E1"/>
    <w:rsid w:val="00CB0664"/>
    <w:rsid w:val="00D7744D"/>
    <w:rsid w:val="00DD4A55"/>
    <w:rsid w:val="00E906EA"/>
    <w:rsid w:val="00EE7D6D"/>
    <w:rsid w:val="00F833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4556C17A-1C0E-4D1A-85EB-55CB9F3D5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a">
    <w:name w:val="Текст табл."/>
    <w:basedOn w:val="a1"/>
    <w:link w:val="affb"/>
    <w:qFormat/>
    <w:rsid w:val="0031433C"/>
    <w:pPr>
      <w:spacing w:after="0" w:line="240" w:lineRule="auto"/>
      <w:contextualSpacing/>
      <w:jc w:val="both"/>
    </w:pPr>
    <w:rPr>
      <w:rFonts w:ascii="Times New Roman" w:eastAsia="Calibri" w:hAnsi="Times New Roman" w:cs="Arial"/>
      <w:b/>
      <w:bCs/>
      <w:szCs w:val="24"/>
      <w:lang w:val="bg-BG"/>
    </w:rPr>
  </w:style>
  <w:style w:type="character" w:customStyle="1" w:styleId="affb">
    <w:name w:val="Текст табл. Знак"/>
    <w:link w:val="affa"/>
    <w:rsid w:val="0031433C"/>
    <w:rPr>
      <w:rFonts w:ascii="Times New Roman" w:eastAsia="Calibri" w:hAnsi="Times New Roman" w:cs="Arial"/>
      <w:b/>
      <w:bCs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Георги Й. Станков</cp:lastModifiedBy>
  <cp:revision>16</cp:revision>
  <dcterms:created xsi:type="dcterms:W3CDTF">2026-06-25T07:19:00Z</dcterms:created>
  <dcterms:modified xsi:type="dcterms:W3CDTF">2026-07-08T07:24:00Z</dcterms:modified>
  <cp:category/>
</cp:coreProperties>
</file>